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[Prénom Nom]</w:t>
      </w:r>
    </w:p>
    <w:p>
      <w:pPr>
        <w:pStyle w:val="Heading1"/>
      </w:pPr>
      <w:r>
        <w:t>[Poste saisonnier recherché]</w:t>
      </w:r>
    </w:p>
    <w:p>
      <w:r>
        <w:t>[Ville] · [Téléphone] · [E-mail]</w:t>
      </w:r>
    </w:p>
    <w:p>
      <w:pPr>
        <w:pStyle w:val="Heading2"/>
      </w:pPr>
      <w:r>
        <w:t>Profil</w:t>
      </w:r>
    </w:p>
    <w:p>
      <w:r>
        <w:t>[Deux phrases sur votre expérience réelle, une compétence utile et le poste recherché.]</w:t>
      </w:r>
    </w:p>
    <w:p>
      <w:pPr>
        <w:pStyle w:val="Heading2"/>
      </w:pPr>
      <w:r>
        <w:t>Disponibilité pour la saison</w:t>
      </w:r>
    </w:p>
    <w:p>
      <w:r>
        <w:t>Du [date] au [date] · [Contraintes horaires réelles]</w:t>
        <w:br/>
        <w:t>[Zone de mobilité et organisation du trajet à confirmer]</w:t>
      </w:r>
    </w:p>
    <w:p>
      <w:pPr>
        <w:pStyle w:val="Heading2"/>
      </w:pPr>
      <w:r>
        <w:t>Expériences utiles</w:t>
      </w:r>
    </w:p>
    <w:p>
      <w:r>
        <w:t>[Poste, stage ou projet clairement identifié] · [Établissement] · [Dates]</w:t>
        <w:br/>
        <w:t>[Une mission précise et votre rôle]</w:t>
        <w:br/>
        <w:t>[Une compétence démontrée en situation]</w:t>
      </w:r>
    </w:p>
    <w:p>
      <w:pPr>
        <w:pStyle w:val="Heading2"/>
      </w:pPr>
      <w:r>
        <w:t>Compétences et langues</w:t>
      </w:r>
    </w:p>
    <w:p>
      <w:r>
        <w:t>[Accueil, service, outil ou savoir-faire réellement maîtrisé]</w:t>
        <w:br/>
        <w:t>[Langue et niveau réel, avec un exemple d’utilisation]</w:t>
      </w:r>
    </w:p>
    <w:p>
      <w:pPr>
        <w:pStyle w:val="Heading2"/>
      </w:pPr>
      <w:r>
        <w:t>Formation</w:t>
      </w:r>
    </w:p>
    <w:p>
      <w:r>
        <w:t>[Diplôme ou formation] · [Établissement] · [Année]</w:t>
        <w:br/>
        <w:t>[Certification utile au poste, si détenue]</w:t>
      </w:r>
    </w:p>
    <w:p>
      <w:r>
        <w:br w:type="page"/>
      </w:r>
    </w:p>
    <w:p>
      <w:pPr>
        <w:pStyle w:val="Title"/>
      </w:pPr>
      <w:r>
        <w:t>Préparer votre candidature saisonnière</w:t>
      </w:r>
    </w:p>
    <w:p>
      <w:r>
        <w:t>Monte Carlo Work · Modèle original à personnaliser</w:t>
      </w:r>
    </w:p>
    <w:p>
      <w:r>
        <w:t>La première page est votre CV à remplir. Remplacez tous les champs entre crochets et supprimez cette page de conseils avant de candidater. Les dates de la saison doivent correspondre à votre disponibilité réelle.</w:t>
      </w:r>
    </w:p>
    <w:p>
      <w:pPr>
        <w:pStyle w:val="Heading2"/>
      </w:pPr>
      <w:r>
        <w:t>Vérifier les dates</w:t>
      </w:r>
    </w:p>
    <w:p>
      <w:r>
        <w:t>Indiquez vos dates de début et de fin, ainsi que les contraintes connues. Une disponibilité de deux mois ne doit pas être présentée comme une saison complète.</w:t>
      </w:r>
    </w:p>
    <w:p>
      <w:pPr>
        <w:pStyle w:val="Heading2"/>
      </w:pPr>
      <w:r>
        <w:t>Choisir une preuve</w:t>
      </w:r>
    </w:p>
    <w:p>
      <w:r>
        <w:t>Exemple fictif : « Pendant un événement associatif, j’ai accueilli les participants et orienté leurs demandes vers l’organisateur. » Gardez la structure, mais utilisez uniquement votre expérience réelle.</w:t>
      </w:r>
    </w:p>
    <w:p>
      <w:pPr>
        <w:pStyle w:val="Heading2"/>
      </w:pPr>
      <w:r>
        <w:t>Préparer la logistique</w:t>
      </w:r>
    </w:p>
    <w:p>
      <w:r>
        <w:t>Confirmez les horaires, le lieu exact, le retour après le service et les éventuelles conditions de logement. Ne supposez pas qu’un logement ou un repas est fourni.</w:t>
      </w:r>
    </w:p>
    <w:p>
      <w:pPr>
        <w:pStyle w:val="Heading2"/>
      </w:pPr>
      <w:r>
        <w:t>Clarifier la mission</w:t>
      </w:r>
    </w:p>
    <w:p>
      <w:r>
        <w:t>Demandez les tâches, l’encadrement, la rémunération brute et les démarches à finaliser avant le début. Vérifiez séparément les prérequis de l’annonce.</w:t>
      </w:r>
    </w:p>
    <w:p>
      <w:pPr>
        <w:pStyle w:val="Heading2"/>
      </w:pPr>
      <w:r>
        <w:t>Avant l’envoi</w:t>
      </w:r>
    </w:p>
    <w:p>
      <w:r>
        <w:t>Gardez uniquement votre CV final. Vérifiez les champs, la langue et le format demandés. Ce modèle ne garantit ni mission ni autorisation de travail.</w:t>
      </w:r>
    </w:p>
    <w:p>
      <w:r>
        <w:t>montecarlowork.com/ressources/candidats/emploi-saisonnier-monaco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saisonnier Monaco</dc:title>
  <dc:subject>Modèle original à personnaliser</dc:subject>
  <dc:creator>Monte Carlo 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