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 fiche de préparation d’entretien</w:t>
      </w:r>
    </w:p>
    <w:p>
      <w:r>
        <w:t>Monte Carlo Work · Fiche personnelle à compléter</w:t>
      </w:r>
    </w:p>
    <w:p>
      <w:pPr>
        <w:pStyle w:val="Heading2"/>
        <w:spacing w:before="160"/>
      </w:pPr>
      <w:r>
        <w:t>Poste, entreprise et rendez-vous</w:t>
      </w:r>
    </w:p>
    <w:p>
      <w:r>
        <w:t>Intitulé, date, heure, format et interlocuteur.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Les missions à comprendre</w:t>
      </w:r>
    </w:p>
    <w:p>
      <w:r>
        <w:t>Deux besoins de l’annonce et les points encore flous.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Ma présentation</w:t>
      </w:r>
    </w:p>
    <w:p>
      <w:r>
        <w:t>Mon parcours, une expérience utile et mon intérêt pour ce poste.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Mes exemples concrets</w:t>
      </w:r>
    </w:p>
    <w:p>
      <w:r>
        <w:t>Contexte, mon rôle, action et résultat réel. Anonymise les informations confidentielles.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Mes questions au recruteur</w:t>
      </w:r>
    </w:p>
    <w:p>
      <w:r>
        <w:t>Missions, équipe, objectifs, conditions et prochaines étapes.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Disponibilité et organisation</w:t>
      </w:r>
    </w:p>
    <w:p>
      <w:r>
        <w:t>Préavis, trajet, langues et points à confirmer.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Après l’entretien</w:t>
      </w:r>
    </w:p>
    <w:p>
      <w:r>
        <w:t>Réponses obtenues, engagement pris et prochaine action.</w:t>
      </w:r>
    </w:p>
    <w:p>
      <w:pPr>
        <w:spacing w:after="180"/>
      </w:pPr>
      <w:r>
        <w:t>________________________________________________________________________________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fiche de préparation d’entretien</dc:title>
  <dc:subject/>
  <dc:creator>Monte Carlo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