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[Prénom Nom]</w:t>
      </w:r>
    </w:p>
    <w:p>
      <w:r>
        <w:t>[Téléphone] · [E-mail] · [Ville]</w:t>
      </w:r>
    </w:p>
    <w:p>
      <w:r>
        <w:t>[Entreprise]</w:t>
        <w:br/>
        <w:t>[Destinataire]</w:t>
        <w:br/>
        <w:t>[Ville et date]</w:t>
      </w:r>
    </w:p>
    <w:p>
      <w:r>
        <w:rPr>
          <w:b/>
        </w:rPr>
        <w:t>Objet : Candidature — [intitulé exact du poste], [référence]</w:t>
      </w:r>
    </w:p>
    <w:p>
      <w:r>
        <w:t>Madame, Monsieur,</w:t>
      </w:r>
    </w:p>
    <w:p>
      <w:r>
        <w:t>Votre annonce pour un poste de [intitulé] retient mon attention, notamment pour la mission de [mission précise de l’annonce]. Je souhaite mettre mon expérience de [expérience réelle] au service de votre équipe à Monaco.</w:t>
      </w:r>
    </w:p>
    <w:p>
      <w:r>
        <w:t>Lors de [contexte réel], j’ai [action concrète : accueillir, renseigner, organiser une arrivée]. Cette expérience m’a appris à [compétence démontrable]. J’utilise [langue] dans [situation réelle], avec un niveau [niveau exact].</w:t>
      </w:r>
    </w:p>
    <w:p>
      <w:r>
        <w:t>La place donnée à [élément vérifié de l’offre ou de l’établissement] correspond à ce que je recherche pour mon prochain poste. Je souhaiterais échanger sur vos attentes et sur l’organisation de l’accueil.</w:t>
      </w:r>
    </w:p>
    <w:p>
      <w:r>
        <w:t>Vous trouverez mon CV en pièce jointe. Je suis disponible pour un entretien [créneaux ou modalités].</w:t>
      </w:r>
    </w:p>
    <w:p>
      <w:r>
        <w:t>Cordialement,</w:t>
        <w:br/>
        <w:t>[Prénom Nom] · [Téléphone]</w:t>
      </w:r>
    </w:p>
    <w:p>
      <w:r>
        <w:br w:type="page"/>
      </w:r>
    </w:p>
    <w:p>
      <w:pPr>
        <w:pStyle w:val="Title"/>
      </w:pPr>
      <w:r>
        <w:t>Personnaliser votre lettre</w:t>
      </w:r>
    </w:p>
    <w:p>
      <w:r>
        <w:t>Modèle accueil et réception — Monte Carlo Work</w:t>
      </w:r>
    </w:p>
    <w:p>
      <w:r>
        <w:t>La première page est une trame à adapter à une offre précise. Remplacez les champs entre crochets, retirez toute affirmation qui ne vous correspond pas, puis supprimez cette page de conseils avant l’envoi.</w:t>
      </w:r>
    </w:p>
    <w:p>
      <w:pPr>
        <w:pStyle w:val="Heading1"/>
      </w:pPr>
      <w:r>
        <w:t>Choisir les bonnes informations</w:t>
      </w:r>
    </w:p>
    <w:p>
      <w:r>
        <w:t>À adapter aux missions d’accueil, aux langues demandées et à l’organisation de l’établissement.</w:t>
      </w:r>
    </w:p>
    <w:p>
      <w:pPr>
        <w:pStyle w:val="ListBullet"/>
      </w:pPr>
      <w:r>
        <w:t>Reprenez l’intitulé et la référence exacts de l’annonce.</w:t>
      </w:r>
    </w:p>
    <w:p>
      <w:pPr>
        <w:pStyle w:val="ListBullet"/>
      </w:pPr>
      <w:r>
        <w:t>Décrivez une expérience réelle et votre rôle personnel.</w:t>
      </w:r>
    </w:p>
    <w:p>
      <w:pPr>
        <w:pStyle w:val="ListBullet"/>
      </w:pPr>
      <w:r>
        <w:t>Vérifiez vos niveaux de langue, dates et coordonnées.</w:t>
      </w:r>
    </w:p>
    <w:p>
      <w:pPr>
        <w:pStyle w:val="ListBullet"/>
      </w:pPr>
      <w:r>
        <w:t>Précisez la disponibilité réelle sans promettre une prise de poste non confirmée.</w:t>
      </w:r>
    </w:p>
    <w:p>
      <w:pPr>
        <w:pStyle w:val="ListBullet"/>
      </w:pPr>
      <w:r>
        <w:t>Respectez le canal et le format demandés par l’employeur.</w:t>
      </w:r>
    </w:p>
    <w:p>
      <w:pPr>
        <w:pStyle w:val="Heading1"/>
      </w:pPr>
      <w:r>
        <w:t>Avant de transmettre le document</w:t>
      </w:r>
    </w:p>
    <w:p>
      <w:r>
        <w:t>Gardez uniquement la lettre finale. Ouvrez le fichier exporté et vérifiez qu’il ne contient plus de crochets, de commentaires ou de texte d’exemple. Cette trame ne garantit ni entretien ni recrutement.</w:t>
      </w:r>
    </w:p>
    <w:p>
      <w:r>
        <w:t>montecarlowork.com/ressources/candidats/lettre-motivation-monaco</w:t>
      </w:r>
    </w:p>
    <w:sectPr w:rsidR="00FC693F" w:rsidRPr="0006063C" w:rsidSect="00034616">
      <w:pgSz w:w="11906" w:h="16838"/>
      <w:pgMar w:top="1134" w:right="1247" w:bottom="1134"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60" w:line="269" w:lineRule="auto"/>
    </w:pPr>
    <w:rPr>
      <w:rFonts w:ascii="Arial" w:hAnsi="Arial"/>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160" w:line="269" w:lineRule="auto"/>
      <w:outlineLvl w:val="0"/>
    </w:pPr>
    <w:rPr>
      <w:rFonts w:asciiTheme="majorHAnsi" w:eastAsiaTheme="majorEastAsia" w:hAnsiTheme="majorHAnsi" w:cstheme="majorBidi" w:ascii="Arial" w:hAnsi="Arial"/>
      <w:b/>
      <w:bCs/>
      <w:color w:val="000000"/>
      <w:sz w:val="30"/>
      <w:szCs w:val="28"/>
    </w:rPr>
  </w:style>
  <w:style w:type="paragraph" w:styleId="Heading2">
    <w:name w:val="heading 2"/>
    <w:basedOn w:val="Normal"/>
    <w:next w:val="Normal"/>
    <w:link w:val="Heading2Char"/>
    <w:uiPriority w:val="9"/>
    <w:unhideWhenUsed/>
    <w:qFormat/>
    <w:rsid w:val="00FC693F"/>
    <w:pPr>
      <w:keepNext/>
      <w:keepLines/>
      <w:spacing w:before="200" w:after="160" w:line="269" w:lineRule="auto"/>
      <w:outlineLvl w:val="1"/>
    </w:pPr>
    <w:rPr>
      <w:rFonts w:asciiTheme="majorHAnsi" w:eastAsiaTheme="majorEastAsia" w:hAnsiTheme="majorHAnsi" w:cstheme="majorBidi" w:ascii="Arial" w:hAnsi="Arial"/>
      <w:b/>
      <w:bCs/>
      <w:color w:val="000000"/>
      <w:sz w:val="22"/>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160" w:line="269" w:lineRule="auto"/>
      <w:contextualSpacing/>
    </w:pPr>
    <w:rPr>
      <w:rFonts w:asciiTheme="majorHAnsi" w:eastAsiaTheme="majorEastAsia" w:hAnsiTheme="majorHAnsi" w:cstheme="majorBidi" w:ascii="Arial" w:hAnsi="Arial"/>
      <w:color w:val="000000"/>
      <w:spacing w:val="5"/>
      <w:kern w:val="28"/>
      <w:sz w:val="5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Lettre de motivation Accueil et réception</dc:title>
  <dc:subject>Modèle original à personnaliser</dc:subject>
  <dc:creator>Monte Carlo Work</dc:creator>
  <cp:keywords/>
  <dc:description>generated by python-docx</dc:description>
  <cp:lastModifiedBy/>
  <cp:revision>1</cp:revision>
  <dcterms:created xsi:type="dcterms:W3CDTF">2013-12-23T23:15:00Z</dcterms:created>
  <dcterms:modified xsi:type="dcterms:W3CDTF">2013-12-23T23:15:00Z</dcterms:modified>
  <cp:category/>
</cp:coreProperties>
</file>