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[Prénom Nom]</w:t>
      </w:r>
    </w:p>
    <w:p>
      <w:r>
        <w:t>[Téléphone] · [E-mail] · [Ville]</w:t>
      </w:r>
    </w:p>
    <w:p>
      <w:r>
        <w:t>[Entreprise]</w:t>
        <w:br/>
        <w:t>[Destinataire]</w:t>
        <w:br/>
        <w:t>[Ville et date]</w:t>
      </w:r>
    </w:p>
    <w:p>
      <w:r>
        <w:rPr>
          <w:b/>
        </w:rPr>
        <w:t>Objet : Candidature — [intitulé exact du poste], [référence]</w:t>
      </w:r>
    </w:p>
    <w:p>
      <w:r>
        <w:t>Madame, Monsieur,</w:t>
      </w:r>
    </w:p>
    <w:p>
      <w:r>
        <w:t>Je vous propose ma candidature au poste de [intitulé]. Les missions de [mission 1] et de [mission 2] décrites dans votre annonce correspondent à mon expérience de [contexte réel].</w:t>
      </w:r>
    </w:p>
    <w:p>
      <w:r>
        <w:t>Dans mon précédent [poste, stage ou projet], j’ai assuré [tâche précise] en utilisant [outil réellement maîtrisé]. Pour [situation concrète], j’ai mis en place [action] afin de [objectif]. Je peux vous présenter ma méthode de travail sans communiquer de documents confidentiels.</w:t>
      </w:r>
    </w:p>
    <w:p>
      <w:r>
        <w:t>Je souhaite rejoindre une équipe où [motivation liée au travail proposé]. Votre annonce mentionne [élément vérifié] : c’est un point sur lequel j’aimerais en savoir plus lors d’un échange.</w:t>
      </w:r>
    </w:p>
    <w:p>
      <w:r>
        <w:t>Mon CV précise mon parcours et mes compétences. Ma disponibilité pour une prise de poste est [date ou préavis réel, à confirmer selon les démarches nécessaires].</w:t>
      </w:r>
    </w:p>
    <w:p>
      <w:r>
        <w:t>Cordialement,</w:t>
        <w:br/>
        <w:t>[Prénom Nom] · [Téléphone]</w:t>
      </w:r>
    </w:p>
    <w:p>
      <w:r>
        <w:br w:type="page"/>
      </w:r>
    </w:p>
    <w:p>
      <w:pPr>
        <w:pStyle w:val="Title"/>
      </w:pPr>
      <w:r>
        <w:t>Personnaliser votre lettre</w:t>
      </w:r>
    </w:p>
    <w:p>
      <w:r>
        <w:t>Modèle assistanat et administration — Monte Carlo Work</w:t>
      </w:r>
    </w:p>
    <w:p>
      <w:r>
        <w:t>La première page est une trame à adapter à une offre précise. Remplacez les champs entre crochets, retirez toute affirmation qui ne vous correspond pas, puis supprimez cette page de conseils avant l’envoi.</w:t>
      </w:r>
    </w:p>
    <w:p>
      <w:pPr>
        <w:pStyle w:val="Heading1"/>
      </w:pPr>
      <w:r>
        <w:t>Choisir les bonnes informations</w:t>
      </w:r>
    </w:p>
    <w:p>
      <w:r>
        <w:t>Choisis une preuve d’organisation ou de suivi, sans divulguer de données confidentielles.</w:t>
      </w:r>
    </w:p>
    <w:p>
      <w:pPr>
        <w:pStyle w:val="ListBullet"/>
      </w:pPr>
      <w:r>
        <w:t>Reprenez l’intitulé et la référence exacts de l’annonce.</w:t>
      </w:r>
    </w:p>
    <w:p>
      <w:pPr>
        <w:pStyle w:val="ListBullet"/>
      </w:pPr>
      <w:r>
        <w:t>Décrivez une expérience réelle et votre rôle personnel.</w:t>
      </w:r>
    </w:p>
    <w:p>
      <w:pPr>
        <w:pStyle w:val="ListBullet"/>
      </w:pPr>
      <w:r>
        <w:t>Vérifiez vos niveaux de langue, dates et coordonnées.</w:t>
      </w:r>
    </w:p>
    <w:p>
      <w:pPr>
        <w:pStyle w:val="ListBullet"/>
      </w:pPr>
      <w:r>
        <w:t>Précisez la disponibilité réelle sans promettre une prise de poste non confirmée.</w:t>
      </w:r>
    </w:p>
    <w:p>
      <w:pPr>
        <w:pStyle w:val="ListBullet"/>
      </w:pPr>
      <w:r>
        <w:t>Respectez le canal et le format demandés par l’employeur.</w:t>
      </w:r>
    </w:p>
    <w:p>
      <w:pPr>
        <w:pStyle w:val="Heading1"/>
      </w:pPr>
      <w:r>
        <w:t>Avant de transmettre le document</w:t>
      </w:r>
    </w:p>
    <w:p>
      <w:r>
        <w:t>Gardez uniquement la lettre finale. Ouvrez le fichier exporté et vérifiez qu’il ne contient plus de crochets, de commentaires ou de texte d’exemple. Cette trame ne garantit ni entretien ni recrutement.</w:t>
      </w:r>
    </w:p>
    <w:p>
      <w:r>
        <w:t>montecarlowork.com/ressources/candidats/lettre-motivation-monaco</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69"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line="269"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9"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Assistanat et administration</dc:title>
  <dc:subject>Modèle original à personnaliser</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