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[Prénom Nom]</w:t>
      </w:r>
    </w:p>
    <w:p>
      <w:r>
        <w:t>[Téléphone] · [E-mail] · [Ville]</w:t>
      </w:r>
    </w:p>
    <w:p>
      <w:r>
        <w:t>[Entreprise]</w:t>
        <w:br/>
        <w:t>[Destinataire]</w:t>
        <w:br/>
        <w:t>[Ville et date]</w:t>
      </w:r>
    </w:p>
    <w:p>
      <w:r>
        <w:rPr>
          <w:b/>
        </w:rPr>
        <w:t>Objet : Candidature — [intitulé exact du poste], [référence]</w:t>
      </w:r>
    </w:p>
    <w:p>
      <w:r>
        <w:t>Madame, Monsieur,</w:t>
      </w:r>
    </w:p>
    <w:p>
      <w:r>
        <w:t>Je souhaite candidater au poste de [intitulé] au sein de [entreprise]. La mission de [mission de l’annonce] m’intéresse particulièrement car j’ai déjà [expérience utile et réelle].</w:t>
      </w:r>
    </w:p>
    <w:p>
      <w:r>
        <w:t>À l’occasion de [situation], j’ai [action : comprendre un besoin, expliquer une solution, suivre une demande]. J’ai appris à [compétence liée au poste] et à transmettre les informations utiles à l’équipe. [Résultat concret, uniquement si tu peux l’expliquer et le vérifier.]</w:t>
      </w:r>
    </w:p>
    <w:p>
      <w:r>
        <w:t>Votre activité de [activité vérifiée] m’intéresse pour [raison personnelle précise]. Je serais heureux de vous expliquer comment j’aborde la relation client et de découvrir vos attentes pour ce poste.</w:t>
      </w:r>
    </w:p>
    <w:p>
      <w:r>
        <w:t>Je joins mon CV et reste disponible pour convenir d’un entretien.</w:t>
      </w:r>
    </w:p>
    <w:p>
      <w:r>
        <w:t>Cordialement,</w:t>
        <w:br/>
        <w:t>[Prénom Nom] · [Téléphone]</w:t>
      </w:r>
    </w:p>
    <w:p>
      <w:r>
        <w:br w:type="page"/>
      </w:r>
    </w:p>
    <w:p>
      <w:pPr>
        <w:pStyle w:val="Title"/>
      </w:pPr>
      <w:r>
        <w:t>Personnaliser votre lettre</w:t>
      </w:r>
    </w:p>
    <w:p>
      <w:r>
        <w:t>Modèle vente et relation client — Monte Carlo Work</w:t>
      </w:r>
    </w:p>
    <w:p>
      <w:r>
        <w:t>La première page est une trame à adapter à une offre précise. Remplacez les champs entre crochets, retirez toute affirmation qui ne vous correspond pas, puis supprimez cette page de conseils avant l’envoi.</w:t>
      </w:r>
    </w:p>
    <w:p>
      <w:pPr>
        <w:pStyle w:val="Heading1"/>
      </w:pPr>
      <w:r>
        <w:t>Choisir les bonnes informations</w:t>
      </w:r>
    </w:p>
    <w:p>
      <w:r>
        <w:t>Relie ton expérience au produit, au service ou au type de clientèle réellement mentionné dans l’offre.</w:t>
      </w:r>
    </w:p>
    <w:p>
      <w:pPr>
        <w:pStyle w:val="ListBullet"/>
      </w:pPr>
      <w:r>
        <w:t>Reprenez l’intitulé et la référence exacts de l’annonce.</w:t>
      </w:r>
    </w:p>
    <w:p>
      <w:pPr>
        <w:pStyle w:val="ListBullet"/>
      </w:pPr>
      <w:r>
        <w:t>Décrivez une expérience réelle et votre rôle personnel.</w:t>
      </w:r>
    </w:p>
    <w:p>
      <w:pPr>
        <w:pStyle w:val="ListBullet"/>
      </w:pPr>
      <w:r>
        <w:t>Vérifiez vos niveaux de langue, dates et coordonnées.</w:t>
      </w:r>
    </w:p>
    <w:p>
      <w:pPr>
        <w:pStyle w:val="ListBullet"/>
      </w:pPr>
      <w:r>
        <w:t>Précisez la disponibilité réelle sans promettre une prise de poste non confirmée.</w:t>
      </w:r>
    </w:p>
    <w:p>
      <w:pPr>
        <w:pStyle w:val="ListBullet"/>
      </w:pPr>
      <w:r>
        <w:t>Respectez le canal et le format demandés par l’employeur.</w:t>
      </w:r>
    </w:p>
    <w:p>
      <w:pPr>
        <w:pStyle w:val="Heading1"/>
      </w:pPr>
      <w:r>
        <w:t>Avant de transmettre le document</w:t>
      </w:r>
    </w:p>
    <w:p>
      <w:r>
        <w:t>Gardez uniquement la lettre finale. Ouvrez le fichier exporté et vérifiez qu’il ne contient plus de crochets, de commentaires ou de texte d’exemple. Cette trame ne garantit ni entretien ni recrutement.</w:t>
      </w:r>
    </w:p>
    <w:p>
      <w:r>
        <w:t>montecarlowork.com/ressources/candidats/lettre-motivation-monaco</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69"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line="269"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9"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Vente et relation client</dc:title>
  <dc:subject>Modèle original à personnaliser</dc:subject>
  <dc:creator>Monte Carlo 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